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שחשובים לגדילה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ילד מגיעים צרכים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שאי אפשר בלעדיו כדי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 צורך כדי להבריא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לימוד חשוב לגדילה של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נחמד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בגדים חמים הם צורך כדי לא להצטנן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נחמד לקבל אבל אפשר גם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בלי מים אי אפשר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צורך: נעליים, רצון: בובה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שיוכל לגדול בריא ולהיות מאושר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צורך-חייבים כדי לחיות, רצון-נחמד אבל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מהרשימה כמו מים, בית,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גלידה, משחק,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הפריטים ולמיין אותם יחד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ילדים לתת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הרעיון שלכל ילד מגיעים הצרכים הבסיסיים כזכות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דברים שחייבים לקבל כדי לחיות טוב - זה צורך. יש דברים נחמדים שאפשר גם בלעדיהם - זה רצון.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צֹרֶךְ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בלעדיו כדי לחיות ולגדול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רָצוֹן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נחמד שאפשר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בָּרִיא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 לגוף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לִגְדֹּל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נחמד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שאי אפשר בלעדיו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דובי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נחמד אבל לא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הולכים לרופא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רצון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צורך כדי להבריא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לדברים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משחקים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בכיתה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טלוויזיה בחדר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חמים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חדשים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הם צורך בסיסי לכל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שאי אפשר בלעדיו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נחמד שאפשר גם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 הוא צריך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לגדול בריא צריך לאכול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בלי __________ אי אפשר לחיות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מחשב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דובי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לצורך ודוגמה אחת לרצון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שלכל ילד יהיו הצרכים הבסיסיים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לצורך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